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48BD" w14:textId="57C634A9" w:rsidR="00564662" w:rsidRDefault="00176F85" w:rsidP="00176F85">
      <w:r>
        <w:rPr>
          <w:b/>
          <w:sz w:val="36"/>
        </w:rPr>
        <w:t xml:space="preserve">                                UMAR IBRAHIM BALA</w:t>
      </w:r>
    </w:p>
    <w:p w14:paraId="12206776" w14:textId="53B3B4B2" w:rsidR="00564662" w:rsidRDefault="00482505">
      <w:r>
        <w:t>Sports Systems Architect | High-Performance Basketball Coach | Sports Program Director</w:t>
      </w:r>
      <w:r w:rsidR="006915F3">
        <w:t xml:space="preserve"> | Player &amp; Skill Development Professional</w:t>
      </w:r>
    </w:p>
    <w:p w14:paraId="002DC375" w14:textId="188A39E0" w:rsidR="00564662" w:rsidRDefault="00482505">
      <w:r>
        <w:t xml:space="preserve">Nigeria | International Experience | </w:t>
      </w:r>
      <w:r w:rsidR="00065B96">
        <w:t>umarbala@hotmail.com</w:t>
      </w:r>
      <w:r>
        <w:t xml:space="preserve"> | </w:t>
      </w:r>
      <w:r w:rsidR="00065B96">
        <w:t>+2348065460635</w:t>
      </w:r>
      <w:r>
        <w:t xml:space="preserve"> | </w:t>
      </w:r>
    </w:p>
    <w:p w14:paraId="76B00BB5" w14:textId="77777777" w:rsidR="00564662" w:rsidRDefault="00482505">
      <w:r>
        <w:rPr>
          <w:b/>
          <w:sz w:val="32"/>
        </w:rPr>
        <w:t>PROFESSIONAL SUMMARY</w:t>
      </w:r>
    </w:p>
    <w:p w14:paraId="5ABE2566" w14:textId="6E8B0AB1" w:rsidR="00564662" w:rsidRDefault="00482505">
      <w:r>
        <w:t>Elite-level</w:t>
      </w:r>
      <w:r w:rsidR="006915F3">
        <w:t>/ Player &amp; Skill Development</w:t>
      </w:r>
      <w:r>
        <w:t xml:space="preserve"> </w:t>
      </w:r>
      <w:r w:rsidR="006915F3">
        <w:t>B</w:t>
      </w:r>
      <w:r>
        <w:t xml:space="preserve">asketball </w:t>
      </w:r>
      <w:r w:rsidR="006915F3">
        <w:t>C</w:t>
      </w:r>
      <w:r>
        <w:t xml:space="preserve">oach and </w:t>
      </w:r>
      <w:r w:rsidR="006915F3">
        <w:t>S</w:t>
      </w:r>
      <w:r>
        <w:t xml:space="preserve">ports </w:t>
      </w:r>
      <w:r w:rsidR="006915F3">
        <w:t>S</w:t>
      </w:r>
      <w:r>
        <w:t xml:space="preserve">ystems </w:t>
      </w:r>
      <w:r w:rsidR="006915F3">
        <w:t>A</w:t>
      </w:r>
      <w:r>
        <w:t>rchitect with 33+ years of international experience across Africa, Europe, Asia, and North America. Proven track record in sports program development, athlete performance optimization, talent pipelines, and multi-sport operations management. Specializes in building scalable grassroots-to-elite systems and delivering high-performance outcomes.</w:t>
      </w:r>
    </w:p>
    <w:p w14:paraId="4BADB204" w14:textId="77777777" w:rsidR="00564662" w:rsidRDefault="00482505">
      <w:r>
        <w:rPr>
          <w:b/>
          <w:sz w:val="32"/>
        </w:rPr>
        <w:t>CORE COMPETENCIES</w:t>
      </w:r>
    </w:p>
    <w:p w14:paraId="619315DF" w14:textId="1BA96D85" w:rsidR="00564662" w:rsidRDefault="00482505" w:rsidP="00176F85">
      <w:pPr>
        <w:pStyle w:val="ListParagraph"/>
        <w:numPr>
          <w:ilvl w:val="0"/>
          <w:numId w:val="20"/>
        </w:numPr>
      </w:pPr>
      <w:r>
        <w:t>Sports Program Development &amp; Management</w:t>
      </w:r>
    </w:p>
    <w:p w14:paraId="62BB04B8" w14:textId="0EFB6049" w:rsidR="00564662" w:rsidRDefault="00482505" w:rsidP="00176F85">
      <w:pPr>
        <w:pStyle w:val="ListParagraph"/>
        <w:numPr>
          <w:ilvl w:val="0"/>
          <w:numId w:val="20"/>
        </w:numPr>
      </w:pPr>
      <w:r>
        <w:t>Athlete Development &amp; Performance Optimization</w:t>
      </w:r>
    </w:p>
    <w:p w14:paraId="3BB0F896" w14:textId="6BA95DE1" w:rsidR="00564662" w:rsidRDefault="00482505" w:rsidP="00176F85">
      <w:pPr>
        <w:pStyle w:val="ListParagraph"/>
        <w:numPr>
          <w:ilvl w:val="0"/>
          <w:numId w:val="20"/>
        </w:numPr>
      </w:pPr>
      <w:r>
        <w:t>Talent Identification &amp; Recruitment Systems</w:t>
      </w:r>
    </w:p>
    <w:p w14:paraId="0F3D61FF" w14:textId="2E793CB7" w:rsidR="00564662" w:rsidRDefault="00482505" w:rsidP="00176F85">
      <w:pPr>
        <w:pStyle w:val="ListParagraph"/>
        <w:numPr>
          <w:ilvl w:val="0"/>
          <w:numId w:val="20"/>
        </w:numPr>
      </w:pPr>
      <w:r>
        <w:t>High-Performance Coaching &amp; Game Strategy</w:t>
      </w:r>
    </w:p>
    <w:p w14:paraId="40E51C66" w14:textId="2ACBBDDB" w:rsidR="00564662" w:rsidRDefault="00482505" w:rsidP="00176F85">
      <w:pPr>
        <w:pStyle w:val="ListParagraph"/>
        <w:numPr>
          <w:ilvl w:val="0"/>
          <w:numId w:val="20"/>
        </w:numPr>
      </w:pPr>
      <w:r>
        <w:t>Sports Operations &amp; Event Management</w:t>
      </w:r>
    </w:p>
    <w:p w14:paraId="307F47B4" w14:textId="09EE8F4C" w:rsidR="00564662" w:rsidRDefault="00482505" w:rsidP="00176F85">
      <w:pPr>
        <w:pStyle w:val="ListParagraph"/>
        <w:numPr>
          <w:ilvl w:val="0"/>
          <w:numId w:val="20"/>
        </w:numPr>
      </w:pPr>
      <w:r>
        <w:t>Grassroots &amp; Elite Sports Systems Design</w:t>
      </w:r>
    </w:p>
    <w:p w14:paraId="1DEE8548" w14:textId="4A81F6F1" w:rsidR="00564662" w:rsidRDefault="00482505" w:rsidP="00176F85">
      <w:pPr>
        <w:pStyle w:val="ListParagraph"/>
        <w:numPr>
          <w:ilvl w:val="0"/>
          <w:numId w:val="20"/>
        </w:numPr>
      </w:pPr>
      <w:r>
        <w:t>Stakeholder &amp; Cross-Functional Leadership</w:t>
      </w:r>
    </w:p>
    <w:p w14:paraId="627BDA2B" w14:textId="140944EC" w:rsidR="00564662" w:rsidRDefault="00482505" w:rsidP="00176F85">
      <w:pPr>
        <w:pStyle w:val="ListParagraph"/>
        <w:numPr>
          <w:ilvl w:val="0"/>
          <w:numId w:val="20"/>
        </w:numPr>
      </w:pPr>
      <w:r>
        <w:t>Sports Consulting &amp; International Development</w:t>
      </w:r>
    </w:p>
    <w:p w14:paraId="446D9A9B" w14:textId="2F3FF3F9" w:rsidR="00564662" w:rsidRDefault="00482505" w:rsidP="00176F85">
      <w:pPr>
        <w:pStyle w:val="ListParagraph"/>
        <w:numPr>
          <w:ilvl w:val="0"/>
          <w:numId w:val="20"/>
        </w:numPr>
      </w:pPr>
      <w:r>
        <w:t>Data-Driven Performance Analysis</w:t>
      </w:r>
    </w:p>
    <w:p w14:paraId="3BD1173B" w14:textId="3E343EE2" w:rsidR="00564662" w:rsidRDefault="00482505" w:rsidP="00176F85">
      <w:pPr>
        <w:pStyle w:val="ListParagraph"/>
        <w:numPr>
          <w:ilvl w:val="0"/>
          <w:numId w:val="20"/>
        </w:numPr>
      </w:pPr>
      <w:r>
        <w:t>Youth Development &amp; Mentorship Programs</w:t>
      </w:r>
    </w:p>
    <w:p w14:paraId="69E25574" w14:textId="77777777" w:rsidR="00176F85" w:rsidRDefault="00176F85" w:rsidP="00176F85">
      <w:pPr>
        <w:pStyle w:val="ListParagraph"/>
      </w:pPr>
    </w:p>
    <w:p w14:paraId="5F7513FD" w14:textId="77777777" w:rsidR="00564662" w:rsidRDefault="00482505">
      <w:r>
        <w:rPr>
          <w:b/>
          <w:sz w:val="32"/>
        </w:rPr>
        <w:t>PROFESSIONAL EXPERIENCE</w:t>
      </w:r>
    </w:p>
    <w:p w14:paraId="352A2085" w14:textId="715A8FFC" w:rsidR="00B84E61" w:rsidRPr="00B84E61" w:rsidRDefault="00B84E61" w:rsidP="00B84E61">
      <w:pPr>
        <w:rPr>
          <w:b/>
          <w:bCs/>
        </w:rPr>
      </w:pPr>
      <w:r w:rsidRPr="00B84E61">
        <w:rPr>
          <w:b/>
          <w:bCs/>
        </w:rPr>
        <w:t xml:space="preserve">MD / CEO / Head Coach – Elevators Youth Development Academy (Nigeria) | 2025–Till </w:t>
      </w:r>
      <w:r>
        <w:rPr>
          <w:b/>
          <w:bCs/>
        </w:rPr>
        <w:t>D</w:t>
      </w:r>
      <w:r w:rsidRPr="00B84E61">
        <w:rPr>
          <w:b/>
          <w:bCs/>
        </w:rPr>
        <w:t>ate</w:t>
      </w:r>
    </w:p>
    <w:p w14:paraId="2C2E5F17" w14:textId="085D6EE6" w:rsidR="00B84E61" w:rsidRDefault="00B84E61" w:rsidP="00176F85">
      <w:pPr>
        <w:pStyle w:val="ListParagraph"/>
        <w:numPr>
          <w:ilvl w:val="0"/>
          <w:numId w:val="22"/>
        </w:numPr>
      </w:pPr>
      <w:r>
        <w:t>Built youth development systems</w:t>
      </w:r>
    </w:p>
    <w:p w14:paraId="0A02C7DB" w14:textId="1D899A39" w:rsidR="00B84E61" w:rsidRDefault="00B84E61" w:rsidP="00176F85">
      <w:pPr>
        <w:pStyle w:val="ListParagraph"/>
        <w:numPr>
          <w:ilvl w:val="0"/>
          <w:numId w:val="22"/>
        </w:numPr>
      </w:pPr>
      <w:r>
        <w:t>Designed performance tracking systems</w:t>
      </w:r>
    </w:p>
    <w:p w14:paraId="3DF095AA" w14:textId="752985E1" w:rsidR="00B84E61" w:rsidRDefault="00B84E61" w:rsidP="00176F85">
      <w:pPr>
        <w:pStyle w:val="ListParagraph"/>
        <w:numPr>
          <w:ilvl w:val="0"/>
          <w:numId w:val="22"/>
        </w:numPr>
      </w:pPr>
      <w:r>
        <w:t>Developed athletes into elite pathways</w:t>
      </w:r>
    </w:p>
    <w:p w14:paraId="30B551E8" w14:textId="77777777" w:rsidR="00176F85" w:rsidRDefault="00176F85"/>
    <w:p w14:paraId="298CBDC8" w14:textId="7D6F9D40" w:rsidR="00564662" w:rsidRPr="00B84E61" w:rsidRDefault="00482505">
      <w:pPr>
        <w:rPr>
          <w:b/>
          <w:bCs/>
        </w:rPr>
      </w:pPr>
      <w:r w:rsidRPr="00B84E61">
        <w:rPr>
          <w:b/>
          <w:bCs/>
        </w:rPr>
        <w:t>Head Coach Basketball / Multi-Sports Coach – Woxsen University (India) | 2024–2025</w:t>
      </w:r>
    </w:p>
    <w:p w14:paraId="3E62893C" w14:textId="4A13FCC1" w:rsidR="006915F3" w:rsidRDefault="006915F3" w:rsidP="00176F85">
      <w:pPr>
        <w:pStyle w:val="ListParagraph"/>
        <w:numPr>
          <w:ilvl w:val="0"/>
          <w:numId w:val="24"/>
        </w:numPr>
      </w:pPr>
      <w:r>
        <w:t>Player &amp; Skill Development Coach</w:t>
      </w:r>
    </w:p>
    <w:p w14:paraId="17597893" w14:textId="67262B93" w:rsidR="00564662" w:rsidRDefault="00482505" w:rsidP="00176F85">
      <w:pPr>
        <w:pStyle w:val="ListParagraph"/>
        <w:numPr>
          <w:ilvl w:val="0"/>
          <w:numId w:val="24"/>
        </w:numPr>
      </w:pPr>
      <w:r>
        <w:t>Led basketball and multi-sport programs</w:t>
      </w:r>
    </w:p>
    <w:p w14:paraId="5E736DDA" w14:textId="1CA035BD" w:rsidR="00564662" w:rsidRDefault="00482505" w:rsidP="00176F85">
      <w:pPr>
        <w:pStyle w:val="ListParagraph"/>
        <w:numPr>
          <w:ilvl w:val="0"/>
          <w:numId w:val="24"/>
        </w:numPr>
      </w:pPr>
      <w:r>
        <w:t>Designed structured training systems and performance frameworks</w:t>
      </w:r>
    </w:p>
    <w:p w14:paraId="0D4A24DB" w14:textId="5D9BB361" w:rsidR="00564662" w:rsidRDefault="00482505" w:rsidP="00176F85">
      <w:pPr>
        <w:pStyle w:val="ListParagraph"/>
        <w:numPr>
          <w:ilvl w:val="0"/>
          <w:numId w:val="24"/>
        </w:numPr>
      </w:pPr>
      <w:r>
        <w:t>Managed cross-functional sports operations</w:t>
      </w:r>
    </w:p>
    <w:p w14:paraId="0E965F67" w14:textId="77777777" w:rsidR="00B84E61" w:rsidRDefault="00B84E61"/>
    <w:p w14:paraId="7074A52C" w14:textId="3A529E79" w:rsidR="00564662" w:rsidRPr="00B84E61" w:rsidRDefault="00482505">
      <w:pPr>
        <w:rPr>
          <w:b/>
          <w:bCs/>
        </w:rPr>
      </w:pPr>
      <w:r w:rsidRPr="00B84E61">
        <w:rPr>
          <w:b/>
          <w:bCs/>
        </w:rPr>
        <w:lastRenderedPageBreak/>
        <w:t>Sports Consultant – International Sports Academy (USA) | 2020–2022</w:t>
      </w:r>
    </w:p>
    <w:p w14:paraId="45F16AFE" w14:textId="2B89BB7F" w:rsidR="00564662" w:rsidRDefault="00482505" w:rsidP="00176F85">
      <w:pPr>
        <w:pStyle w:val="ListParagraph"/>
        <w:numPr>
          <w:ilvl w:val="0"/>
          <w:numId w:val="26"/>
        </w:numPr>
      </w:pPr>
      <w:r>
        <w:t>Developed talent pipelines for African athletes</w:t>
      </w:r>
    </w:p>
    <w:p w14:paraId="59A25C3A" w14:textId="237B910D" w:rsidR="00564662" w:rsidRDefault="00482505" w:rsidP="00176F85">
      <w:pPr>
        <w:pStyle w:val="ListParagraph"/>
        <w:numPr>
          <w:ilvl w:val="0"/>
          <w:numId w:val="26"/>
        </w:numPr>
      </w:pPr>
      <w:r>
        <w:t>Advised on recruitment and scholarship placements</w:t>
      </w:r>
    </w:p>
    <w:p w14:paraId="44B901A0" w14:textId="44E5E966" w:rsidR="00564662" w:rsidRDefault="00482505" w:rsidP="00176F85">
      <w:pPr>
        <w:pStyle w:val="ListParagraph"/>
        <w:numPr>
          <w:ilvl w:val="0"/>
          <w:numId w:val="26"/>
        </w:numPr>
      </w:pPr>
      <w:r>
        <w:t>Facilitated international athlete transitions</w:t>
      </w:r>
    </w:p>
    <w:p w14:paraId="5717EECA" w14:textId="77777777" w:rsidR="00B84E61" w:rsidRDefault="00B84E61"/>
    <w:p w14:paraId="088027D4" w14:textId="54D6FF96" w:rsidR="00564662" w:rsidRPr="00B84E61" w:rsidRDefault="00482505">
      <w:pPr>
        <w:rPr>
          <w:b/>
          <w:bCs/>
        </w:rPr>
      </w:pPr>
      <w:r w:rsidRPr="00B84E61">
        <w:rPr>
          <w:b/>
          <w:bCs/>
        </w:rPr>
        <w:t>MD / CEO / Head Coach – Elevators Academy (Nigeria) | 2017–2024</w:t>
      </w:r>
    </w:p>
    <w:p w14:paraId="1E8C0A75" w14:textId="3B42BDB7" w:rsidR="006915F3" w:rsidRDefault="006915F3" w:rsidP="00176F85">
      <w:pPr>
        <w:pStyle w:val="ListParagraph"/>
        <w:numPr>
          <w:ilvl w:val="0"/>
          <w:numId w:val="28"/>
        </w:numPr>
      </w:pPr>
      <w:r>
        <w:t>Fundamentals, Player &amp; Skills Development</w:t>
      </w:r>
    </w:p>
    <w:p w14:paraId="3784952E" w14:textId="7BD4674E" w:rsidR="00564662" w:rsidRDefault="00482505" w:rsidP="00176F85">
      <w:pPr>
        <w:pStyle w:val="ListParagraph"/>
        <w:numPr>
          <w:ilvl w:val="0"/>
          <w:numId w:val="28"/>
        </w:numPr>
      </w:pPr>
      <w:r>
        <w:t>Built youth development systems</w:t>
      </w:r>
    </w:p>
    <w:p w14:paraId="745BE325" w14:textId="22C4A517" w:rsidR="00564662" w:rsidRDefault="00482505" w:rsidP="00176F85">
      <w:pPr>
        <w:pStyle w:val="ListParagraph"/>
        <w:numPr>
          <w:ilvl w:val="0"/>
          <w:numId w:val="28"/>
        </w:numPr>
      </w:pPr>
      <w:r>
        <w:t>Designed performance tracking systems</w:t>
      </w:r>
    </w:p>
    <w:p w14:paraId="0425EFB1" w14:textId="5052E828" w:rsidR="00564662" w:rsidRDefault="00482505" w:rsidP="00176F85">
      <w:pPr>
        <w:pStyle w:val="ListParagraph"/>
        <w:numPr>
          <w:ilvl w:val="0"/>
          <w:numId w:val="28"/>
        </w:numPr>
      </w:pPr>
      <w:r>
        <w:t>Developed athletes into elite pathways</w:t>
      </w:r>
    </w:p>
    <w:p w14:paraId="7A81B58B" w14:textId="77777777" w:rsidR="00B84E61" w:rsidRDefault="00B84E61"/>
    <w:p w14:paraId="75D84E6F" w14:textId="1188FC8E" w:rsidR="00B84E61" w:rsidRDefault="00B84E61">
      <w:pPr>
        <w:rPr>
          <w:b/>
          <w:bCs/>
        </w:rPr>
      </w:pPr>
      <w:r w:rsidRPr="00B84E61">
        <w:rPr>
          <w:b/>
          <w:bCs/>
        </w:rPr>
        <w:t>Basketball Head Coach – Aspac Basketball Club (Cotonou – Benin Republic) 2017 - 2018</w:t>
      </w:r>
    </w:p>
    <w:p w14:paraId="62CEA051" w14:textId="1144B023" w:rsidR="00B84E61" w:rsidRDefault="00B84E61" w:rsidP="00176F85">
      <w:pPr>
        <w:pStyle w:val="ListParagraph"/>
        <w:numPr>
          <w:ilvl w:val="0"/>
          <w:numId w:val="30"/>
        </w:numPr>
      </w:pPr>
      <w:r>
        <w:t>Worked with the Male &amp; Female Senior Teams</w:t>
      </w:r>
    </w:p>
    <w:p w14:paraId="2BE938D7" w14:textId="4070CC4B" w:rsidR="00B84E61" w:rsidRDefault="00B84E61" w:rsidP="00176F85">
      <w:pPr>
        <w:pStyle w:val="ListParagraph"/>
        <w:numPr>
          <w:ilvl w:val="0"/>
          <w:numId w:val="30"/>
        </w:numPr>
      </w:pPr>
      <w:r>
        <w:t>Was tasked to return the team to winning ways, last championship was 2014</w:t>
      </w:r>
    </w:p>
    <w:p w14:paraId="5CB0E879" w14:textId="272A3F2D" w:rsidR="00A51D67" w:rsidRDefault="00B84E61" w:rsidP="00176F85">
      <w:pPr>
        <w:pStyle w:val="ListParagraph"/>
        <w:numPr>
          <w:ilvl w:val="0"/>
          <w:numId w:val="30"/>
        </w:numPr>
      </w:pPr>
      <w:r>
        <w:t xml:space="preserve">Lead both teams to undefeated seasons </w:t>
      </w:r>
    </w:p>
    <w:p w14:paraId="0D4F0792" w14:textId="7A9307D0" w:rsidR="00A51D67" w:rsidRDefault="00B84E61" w:rsidP="00176F85">
      <w:pPr>
        <w:pStyle w:val="ListParagraph"/>
        <w:numPr>
          <w:ilvl w:val="0"/>
          <w:numId w:val="32"/>
        </w:numPr>
      </w:pPr>
      <w:r>
        <w:t xml:space="preserve">14 – 0 Male </w:t>
      </w:r>
    </w:p>
    <w:p w14:paraId="2D365BC9" w14:textId="09D36179" w:rsidR="00B84E61" w:rsidRDefault="00B84E61" w:rsidP="00176F85">
      <w:pPr>
        <w:pStyle w:val="ListParagraph"/>
        <w:numPr>
          <w:ilvl w:val="0"/>
          <w:numId w:val="32"/>
        </w:numPr>
      </w:pPr>
      <w:r>
        <w:t>12 – 0 Female</w:t>
      </w:r>
    </w:p>
    <w:p w14:paraId="470CDE33" w14:textId="5FB24363" w:rsidR="00B84E61" w:rsidRDefault="00B84E61" w:rsidP="00B84E61">
      <w:pPr>
        <w:rPr>
          <w:b/>
          <w:bCs/>
        </w:rPr>
      </w:pPr>
      <w:r w:rsidRPr="00A51D67">
        <w:rPr>
          <w:b/>
          <w:bCs/>
        </w:rPr>
        <w:t>Basketball Head Coach – Renaissance Basketball Club</w:t>
      </w:r>
      <w:r w:rsidR="00A51D67" w:rsidRPr="00A51D67">
        <w:rPr>
          <w:b/>
          <w:bCs/>
        </w:rPr>
        <w:t xml:space="preserve"> (Cotonou – Benin Republic) 2014 </w:t>
      </w:r>
      <w:r w:rsidR="00A51D67">
        <w:rPr>
          <w:b/>
          <w:bCs/>
        </w:rPr>
        <w:t>–</w:t>
      </w:r>
      <w:r w:rsidR="00A51D67" w:rsidRPr="00A51D67">
        <w:rPr>
          <w:b/>
          <w:bCs/>
        </w:rPr>
        <w:t xml:space="preserve"> 2015</w:t>
      </w:r>
    </w:p>
    <w:p w14:paraId="2EAE755D" w14:textId="1B21AE86" w:rsidR="00A51D67" w:rsidRDefault="00A51D67" w:rsidP="00176F85">
      <w:pPr>
        <w:pStyle w:val="ListParagraph"/>
        <w:numPr>
          <w:ilvl w:val="0"/>
          <w:numId w:val="33"/>
        </w:numPr>
      </w:pPr>
      <w:r>
        <w:t>Worked with the entire Teams of the club, Male and Female, senior, both male and female U18, U16 and Cadet</w:t>
      </w:r>
    </w:p>
    <w:p w14:paraId="75D92A41" w14:textId="686FF12A" w:rsidR="00A51D67" w:rsidRDefault="00A51D67" w:rsidP="00176F85">
      <w:pPr>
        <w:pStyle w:val="ListParagraph"/>
        <w:numPr>
          <w:ilvl w:val="0"/>
          <w:numId w:val="33"/>
        </w:numPr>
      </w:pPr>
      <w:r>
        <w:t>Was tasked to return the team to winning ways, last championship was 1996</w:t>
      </w:r>
    </w:p>
    <w:p w14:paraId="405C83C1" w14:textId="171AB68F" w:rsidR="00DB47E4" w:rsidRDefault="00A51D67" w:rsidP="00176F85">
      <w:pPr>
        <w:pStyle w:val="ListParagraph"/>
        <w:numPr>
          <w:ilvl w:val="0"/>
          <w:numId w:val="33"/>
        </w:numPr>
      </w:pPr>
      <w:r>
        <w:t>Lead the Male Team to a league title</w:t>
      </w:r>
    </w:p>
    <w:p w14:paraId="63C36DA5" w14:textId="6EC61690" w:rsidR="00DB47E4" w:rsidRDefault="00DB47E4" w:rsidP="00176F85">
      <w:pPr>
        <w:pStyle w:val="ListParagraph"/>
        <w:numPr>
          <w:ilvl w:val="0"/>
          <w:numId w:val="33"/>
        </w:numPr>
      </w:pPr>
      <w:r>
        <w:t>Lead the Male and Female U18 to National Championship</w:t>
      </w:r>
    </w:p>
    <w:p w14:paraId="05D68C7C" w14:textId="51D9E880" w:rsidR="00C02AA8" w:rsidRPr="00C02AA8" w:rsidRDefault="00C02AA8" w:rsidP="00C02AA8">
      <w:pPr>
        <w:rPr>
          <w:b/>
          <w:bCs/>
        </w:rPr>
      </w:pPr>
      <w:r w:rsidRPr="00C02AA8">
        <w:rPr>
          <w:b/>
          <w:bCs/>
        </w:rPr>
        <w:t>Head Coach Nigerian Junior National Team U16 (Ouidah, Benin Republic 2012)</w:t>
      </w:r>
    </w:p>
    <w:p w14:paraId="0451090E" w14:textId="3877675E" w:rsidR="00C02AA8" w:rsidRDefault="00C02AA8" w:rsidP="00C02AA8">
      <w:pPr>
        <w:pStyle w:val="ListParagraph"/>
        <w:numPr>
          <w:ilvl w:val="0"/>
          <w:numId w:val="33"/>
        </w:numPr>
      </w:pPr>
      <w:r>
        <w:t>Lead the Nigerian U16 Junior National Team as Head Coach</w:t>
      </w:r>
    </w:p>
    <w:p w14:paraId="33D51190" w14:textId="7C114296" w:rsidR="00C02AA8" w:rsidRDefault="00C02AA8" w:rsidP="00C02AA8">
      <w:pPr>
        <w:pStyle w:val="ListParagraph"/>
        <w:numPr>
          <w:ilvl w:val="0"/>
          <w:numId w:val="33"/>
        </w:numPr>
      </w:pPr>
      <w:r>
        <w:t>Was tasked with recruitment, training and preparation of team</w:t>
      </w:r>
    </w:p>
    <w:p w14:paraId="100F92FD" w14:textId="7AEF6A39" w:rsidR="00C02AA8" w:rsidRDefault="00C02AA8" w:rsidP="00C02AA8">
      <w:pPr>
        <w:pStyle w:val="ListParagraph"/>
        <w:numPr>
          <w:ilvl w:val="0"/>
          <w:numId w:val="33"/>
        </w:numPr>
      </w:pPr>
      <w:r>
        <w:t>Was in charge of all team systems, concepts and strategies</w:t>
      </w:r>
    </w:p>
    <w:p w14:paraId="700DD1BD" w14:textId="4DCB0411" w:rsidR="00DB47E4" w:rsidRDefault="00DB47E4" w:rsidP="00DB47E4">
      <w:pPr>
        <w:rPr>
          <w:b/>
          <w:bCs/>
        </w:rPr>
      </w:pPr>
      <w:r w:rsidRPr="00065B96">
        <w:rPr>
          <w:b/>
          <w:bCs/>
        </w:rPr>
        <w:t>Coache</w:t>
      </w:r>
      <w:r w:rsidR="003627B6" w:rsidRPr="00065B96">
        <w:rPr>
          <w:b/>
          <w:bCs/>
        </w:rPr>
        <w:t>d</w:t>
      </w:r>
      <w:r w:rsidRPr="00065B96">
        <w:rPr>
          <w:b/>
          <w:bCs/>
        </w:rPr>
        <w:t xml:space="preserve"> Multiple Teams in Nigeria (199</w:t>
      </w:r>
      <w:r w:rsidR="00C02AA8">
        <w:rPr>
          <w:b/>
          <w:bCs/>
        </w:rPr>
        <w:t>4</w:t>
      </w:r>
      <w:r w:rsidRPr="00065B96">
        <w:rPr>
          <w:b/>
          <w:bCs/>
        </w:rPr>
        <w:t xml:space="preserve"> </w:t>
      </w:r>
      <w:r w:rsidR="00065B96" w:rsidRPr="00065B96">
        <w:rPr>
          <w:b/>
          <w:bCs/>
        </w:rPr>
        <w:t>–</w:t>
      </w:r>
      <w:r w:rsidRPr="00065B96">
        <w:rPr>
          <w:b/>
          <w:bCs/>
        </w:rPr>
        <w:t xml:space="preserve"> </w:t>
      </w:r>
      <w:r w:rsidR="00065B96" w:rsidRPr="00065B96">
        <w:rPr>
          <w:b/>
          <w:bCs/>
        </w:rPr>
        <w:t>2013)</w:t>
      </w:r>
    </w:p>
    <w:p w14:paraId="2BC33A26" w14:textId="735A075A" w:rsidR="00C02AA8" w:rsidRDefault="00694E4E" w:rsidP="00C02AA8">
      <w:pPr>
        <w:pStyle w:val="ListParagraph"/>
        <w:numPr>
          <w:ilvl w:val="0"/>
          <w:numId w:val="33"/>
        </w:numPr>
      </w:pPr>
      <w:r>
        <w:t xml:space="preserve">Head Coach </w:t>
      </w:r>
      <w:r w:rsidR="00C02AA8">
        <w:t>Kadda Superstars – 2015 -2016</w:t>
      </w:r>
    </w:p>
    <w:p w14:paraId="7B9A7F72" w14:textId="4FC9E4A1" w:rsidR="00C02AA8" w:rsidRDefault="00694E4E" w:rsidP="00C02AA8">
      <w:pPr>
        <w:pStyle w:val="ListParagraph"/>
        <w:numPr>
          <w:ilvl w:val="0"/>
          <w:numId w:val="33"/>
        </w:numPr>
      </w:pPr>
      <w:r>
        <w:t xml:space="preserve">Head Coach/Team Manager </w:t>
      </w:r>
      <w:r w:rsidR="00C02AA8">
        <w:t>Ahip Giants – 2014 - 2015</w:t>
      </w:r>
    </w:p>
    <w:p w14:paraId="711828BB" w14:textId="24F3B7D0" w:rsidR="00C02AA8" w:rsidRDefault="00694E4E" w:rsidP="00C02AA8">
      <w:pPr>
        <w:pStyle w:val="ListParagraph"/>
        <w:numPr>
          <w:ilvl w:val="0"/>
          <w:numId w:val="33"/>
        </w:numPr>
      </w:pPr>
      <w:r>
        <w:t>Head Coach Bauchi Nets – 2012 – 2013</w:t>
      </w:r>
    </w:p>
    <w:p w14:paraId="53B80500" w14:textId="0BB16802" w:rsidR="00694E4E" w:rsidRDefault="00694E4E" w:rsidP="00C02AA8">
      <w:pPr>
        <w:pStyle w:val="ListParagraph"/>
        <w:numPr>
          <w:ilvl w:val="0"/>
          <w:numId w:val="33"/>
        </w:numPr>
      </w:pPr>
      <w:r>
        <w:t>Head Coach Tapgun Rockets – 2009 – 20012</w:t>
      </w:r>
    </w:p>
    <w:p w14:paraId="24EF9C97" w14:textId="75CCA557" w:rsidR="00694E4E" w:rsidRDefault="00694E4E" w:rsidP="00C02AA8">
      <w:pPr>
        <w:pStyle w:val="ListParagraph"/>
        <w:numPr>
          <w:ilvl w:val="0"/>
          <w:numId w:val="33"/>
        </w:numPr>
      </w:pPr>
      <w:r>
        <w:t>Associate Head Coach/ Player Kano Pillars – 2001 – 2007</w:t>
      </w:r>
    </w:p>
    <w:p w14:paraId="55A71382" w14:textId="3D7B8129" w:rsidR="00694E4E" w:rsidRDefault="00694E4E" w:rsidP="00C02AA8">
      <w:pPr>
        <w:pStyle w:val="ListParagraph"/>
        <w:numPr>
          <w:ilvl w:val="0"/>
          <w:numId w:val="33"/>
        </w:numPr>
      </w:pPr>
      <w:r>
        <w:t>Coaching Assistant/Player – 1994 - 2001</w:t>
      </w:r>
    </w:p>
    <w:p w14:paraId="5E95BF81" w14:textId="0FC991FD" w:rsidR="00DB47E4" w:rsidRDefault="00DB47E4" w:rsidP="00A51D67"/>
    <w:p w14:paraId="45611D18" w14:textId="3F06062B" w:rsidR="00DB47E4" w:rsidRPr="00DB47E4" w:rsidRDefault="00482505">
      <w:pPr>
        <w:rPr>
          <w:b/>
          <w:sz w:val="32"/>
        </w:rPr>
      </w:pPr>
      <w:r>
        <w:rPr>
          <w:b/>
          <w:sz w:val="32"/>
        </w:rPr>
        <w:t>KEY ACHIEVEMENTS</w:t>
      </w:r>
    </w:p>
    <w:p w14:paraId="58387A8A" w14:textId="797C486E" w:rsidR="00DB47E4" w:rsidRDefault="006915F3" w:rsidP="00DB47E4">
      <w:pPr>
        <w:pStyle w:val="ListParagraph"/>
        <w:numPr>
          <w:ilvl w:val="0"/>
          <w:numId w:val="14"/>
        </w:numPr>
      </w:pPr>
      <w:r>
        <w:t xml:space="preserve">Nigerian </w:t>
      </w:r>
      <w:r w:rsidR="00DB47E4">
        <w:t>National U16 Head Coach (Ouidah Benin Republic 2012)</w:t>
      </w:r>
    </w:p>
    <w:p w14:paraId="5E2A8AD4" w14:textId="09C1F45A" w:rsidR="00564662" w:rsidRDefault="00482505" w:rsidP="00DB47E4">
      <w:pPr>
        <w:pStyle w:val="ListParagraph"/>
        <w:numPr>
          <w:ilvl w:val="0"/>
          <w:numId w:val="14"/>
        </w:numPr>
      </w:pPr>
      <w:r>
        <w:t>Undefeated league seasons (ASPAC Men &amp; Women)</w:t>
      </w:r>
    </w:p>
    <w:p w14:paraId="2DF6D326" w14:textId="61EA260C" w:rsidR="006915F3" w:rsidRDefault="006915F3" w:rsidP="00DB47E4">
      <w:pPr>
        <w:pStyle w:val="ListParagraph"/>
        <w:numPr>
          <w:ilvl w:val="0"/>
          <w:numId w:val="14"/>
        </w:numPr>
      </w:pPr>
      <w:r>
        <w:t>National Title with Aspac Basketball Teams Men &amp; Women (Benin Republic 2017)</w:t>
      </w:r>
    </w:p>
    <w:p w14:paraId="27F46FB6" w14:textId="34D30D68" w:rsidR="006915F3" w:rsidRDefault="006915F3" w:rsidP="00DB47E4">
      <w:pPr>
        <w:pStyle w:val="ListParagraph"/>
        <w:numPr>
          <w:ilvl w:val="0"/>
          <w:numId w:val="14"/>
        </w:numPr>
      </w:pPr>
      <w:r>
        <w:t>National Title with Renaissance Basketball Team Men (Benin Republic 2014)</w:t>
      </w:r>
    </w:p>
    <w:p w14:paraId="211CC14E" w14:textId="2FF39062" w:rsidR="00564662" w:rsidRDefault="00482505" w:rsidP="00DB47E4">
      <w:pPr>
        <w:pStyle w:val="ListParagraph"/>
        <w:numPr>
          <w:ilvl w:val="0"/>
          <w:numId w:val="14"/>
        </w:numPr>
      </w:pPr>
      <w:r>
        <w:t>National U18 Championship Gold Medal</w:t>
      </w:r>
    </w:p>
    <w:p w14:paraId="6730A274" w14:textId="7488BCF4" w:rsidR="00564662" w:rsidRDefault="00482505" w:rsidP="00DB47E4">
      <w:pPr>
        <w:pStyle w:val="ListParagraph"/>
        <w:numPr>
          <w:ilvl w:val="0"/>
          <w:numId w:val="14"/>
        </w:numPr>
      </w:pPr>
      <w:r>
        <w:t>Developed athletes into international scholarships</w:t>
      </w:r>
      <w:r w:rsidR="006915F3">
        <w:t xml:space="preserve"> Pathways</w:t>
      </w:r>
    </w:p>
    <w:p w14:paraId="4FD5232B" w14:textId="09610C43" w:rsidR="00564662" w:rsidRDefault="00482505" w:rsidP="00DB47E4">
      <w:pPr>
        <w:pStyle w:val="ListParagraph"/>
        <w:numPr>
          <w:ilvl w:val="0"/>
          <w:numId w:val="14"/>
        </w:numPr>
      </w:pPr>
      <w:r>
        <w:t>Built sustainable grassroots frameworks</w:t>
      </w:r>
      <w:r w:rsidR="00065B96">
        <w:t>/programs</w:t>
      </w:r>
    </w:p>
    <w:p w14:paraId="3EB2F918" w14:textId="77777777" w:rsidR="00564662" w:rsidRDefault="00482505">
      <w:r>
        <w:rPr>
          <w:b/>
          <w:sz w:val="32"/>
        </w:rPr>
        <w:t>EDUCATION</w:t>
      </w:r>
    </w:p>
    <w:p w14:paraId="5AA14BF1" w14:textId="77777777" w:rsidR="00CE29D6" w:rsidRDefault="00CE29D6" w:rsidP="00CE29D6">
      <w:pPr>
        <w:pStyle w:val="ListParagraph"/>
        <w:numPr>
          <w:ilvl w:val="0"/>
          <w:numId w:val="16"/>
        </w:numPr>
      </w:pPr>
      <w:r>
        <w:t>DBA Business Administration (Ongoing)</w:t>
      </w:r>
    </w:p>
    <w:p w14:paraId="730AEAB4" w14:textId="74029BA8" w:rsidR="00564662" w:rsidRDefault="00482505" w:rsidP="00DB47E4">
      <w:pPr>
        <w:pStyle w:val="ListParagraph"/>
        <w:numPr>
          <w:ilvl w:val="0"/>
          <w:numId w:val="16"/>
        </w:numPr>
      </w:pPr>
      <w:r>
        <w:t>Master’s Degree in Professional Basketball (2024–2026)</w:t>
      </w:r>
    </w:p>
    <w:p w14:paraId="5C974E8F" w14:textId="2A0DF754" w:rsidR="00564662" w:rsidRDefault="00482505" w:rsidP="00DB47E4">
      <w:pPr>
        <w:pStyle w:val="ListParagraph"/>
        <w:numPr>
          <w:ilvl w:val="0"/>
          <w:numId w:val="16"/>
        </w:numPr>
      </w:pPr>
      <w:r>
        <w:t>B.Sc. Computer Science</w:t>
      </w:r>
      <w:r w:rsidR="00DB47E4">
        <w:t xml:space="preserve"> (2000 – 2005)</w:t>
      </w:r>
    </w:p>
    <w:p w14:paraId="33ADA1E9" w14:textId="77777777" w:rsidR="00564662" w:rsidRDefault="00482505">
      <w:r>
        <w:rPr>
          <w:b/>
          <w:sz w:val="32"/>
        </w:rPr>
        <w:t>CERTIFICATIONS</w:t>
      </w:r>
    </w:p>
    <w:p w14:paraId="22D0808E" w14:textId="09C03E69" w:rsidR="00E15E0E" w:rsidRDefault="00E15E0E" w:rsidP="00DB47E4">
      <w:pPr>
        <w:pStyle w:val="ListParagraph"/>
        <w:numPr>
          <w:ilvl w:val="0"/>
          <w:numId w:val="18"/>
        </w:numPr>
      </w:pPr>
      <w:r>
        <w:t xml:space="preserve">Basketball Coaching Master Class 2025/2026 </w:t>
      </w:r>
    </w:p>
    <w:p w14:paraId="272938F2" w14:textId="3854A87C" w:rsidR="00564662" w:rsidRDefault="00482505" w:rsidP="00DB47E4">
      <w:pPr>
        <w:pStyle w:val="ListParagraph"/>
        <w:numPr>
          <w:ilvl w:val="0"/>
          <w:numId w:val="18"/>
        </w:numPr>
      </w:pPr>
      <w:r>
        <w:t>USA Basketball Gold License</w:t>
      </w:r>
    </w:p>
    <w:p w14:paraId="6507D4D4" w14:textId="78D8AE16" w:rsidR="00D5246F" w:rsidRDefault="00D5246F" w:rsidP="00DB47E4">
      <w:pPr>
        <w:pStyle w:val="ListParagraph"/>
        <w:numPr>
          <w:ilvl w:val="0"/>
          <w:numId w:val="18"/>
        </w:numPr>
      </w:pPr>
      <w:r>
        <w:t>NBBF Coaching License</w:t>
      </w:r>
    </w:p>
    <w:p w14:paraId="0F4863F7" w14:textId="305E7F08" w:rsidR="003627B6" w:rsidRDefault="003627B6" w:rsidP="00DB47E4">
      <w:pPr>
        <w:pStyle w:val="ListParagraph"/>
        <w:numPr>
          <w:ilvl w:val="0"/>
          <w:numId w:val="18"/>
        </w:numPr>
      </w:pPr>
      <w:r>
        <w:t>Sustainable Sports Development</w:t>
      </w:r>
    </w:p>
    <w:p w14:paraId="4EF6B659" w14:textId="498330EF" w:rsidR="003627B6" w:rsidRDefault="003627B6" w:rsidP="003627B6">
      <w:pPr>
        <w:pStyle w:val="ListParagraph"/>
        <w:numPr>
          <w:ilvl w:val="0"/>
          <w:numId w:val="18"/>
        </w:numPr>
      </w:pPr>
      <w:r>
        <w:t xml:space="preserve">Life Coaching </w:t>
      </w:r>
    </w:p>
    <w:p w14:paraId="36BA5BB3" w14:textId="4285B60E" w:rsidR="00564662" w:rsidRDefault="00482505" w:rsidP="00DB47E4">
      <w:pPr>
        <w:pStyle w:val="ListParagraph"/>
        <w:numPr>
          <w:ilvl w:val="0"/>
          <w:numId w:val="18"/>
        </w:numPr>
      </w:pPr>
      <w:r>
        <w:t>Sports Revenue &amp; Analytics</w:t>
      </w:r>
    </w:p>
    <w:p w14:paraId="265CABFC" w14:textId="15F06FC9" w:rsidR="00564662" w:rsidRDefault="00482505" w:rsidP="00DB47E4">
      <w:pPr>
        <w:pStyle w:val="ListParagraph"/>
        <w:numPr>
          <w:ilvl w:val="0"/>
          <w:numId w:val="18"/>
        </w:numPr>
      </w:pPr>
      <w:r>
        <w:t>CPR, AED &amp; First Aid</w:t>
      </w:r>
    </w:p>
    <w:p w14:paraId="4C3EA0BD" w14:textId="77777777" w:rsidR="00564662" w:rsidRDefault="00482505">
      <w:r>
        <w:rPr>
          <w:b/>
          <w:sz w:val="32"/>
        </w:rPr>
        <w:t>KEYWORDS</w:t>
      </w:r>
    </w:p>
    <w:p w14:paraId="19A9435C" w14:textId="77777777" w:rsidR="00564662" w:rsidRDefault="00482505">
      <w:r>
        <w:t>Sports Management, Athlete Development, Basketball Coaching, High Performance Sports, Talent Scouting, Sports Analytics</w:t>
      </w:r>
    </w:p>
    <w:sectPr w:rsidR="00564662" w:rsidSect="00065B96">
      <w:pgSz w:w="12240" w:h="15840"/>
      <w:pgMar w:top="6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590AE1"/>
    <w:multiLevelType w:val="hybridMultilevel"/>
    <w:tmpl w:val="3EE41E8A"/>
    <w:lvl w:ilvl="0" w:tplc="968C20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303D8"/>
    <w:multiLevelType w:val="hybridMultilevel"/>
    <w:tmpl w:val="3634B7AE"/>
    <w:lvl w:ilvl="0" w:tplc="3056CD6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40C72"/>
    <w:multiLevelType w:val="hybridMultilevel"/>
    <w:tmpl w:val="2648129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F5355"/>
    <w:multiLevelType w:val="hybridMultilevel"/>
    <w:tmpl w:val="467C7E82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12FA6"/>
    <w:multiLevelType w:val="hybridMultilevel"/>
    <w:tmpl w:val="7374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B1BCE"/>
    <w:multiLevelType w:val="hybridMultilevel"/>
    <w:tmpl w:val="BAB8AEB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61CD2"/>
    <w:multiLevelType w:val="hybridMultilevel"/>
    <w:tmpl w:val="B6E26BF8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722A4"/>
    <w:multiLevelType w:val="hybridMultilevel"/>
    <w:tmpl w:val="378C578E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8163B"/>
    <w:multiLevelType w:val="hybridMultilevel"/>
    <w:tmpl w:val="20607A6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91B"/>
    <w:multiLevelType w:val="hybridMultilevel"/>
    <w:tmpl w:val="15282306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92E0F"/>
    <w:multiLevelType w:val="hybridMultilevel"/>
    <w:tmpl w:val="D2F0D04C"/>
    <w:lvl w:ilvl="0" w:tplc="FDC4FE5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3DF0"/>
    <w:multiLevelType w:val="hybridMultilevel"/>
    <w:tmpl w:val="C77ECF9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361C7"/>
    <w:multiLevelType w:val="hybridMultilevel"/>
    <w:tmpl w:val="CFC65696"/>
    <w:lvl w:ilvl="0" w:tplc="7B8C393A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325FE"/>
    <w:multiLevelType w:val="hybridMultilevel"/>
    <w:tmpl w:val="19EA9E84"/>
    <w:lvl w:ilvl="0" w:tplc="BD166DF0">
      <w:start w:val="12"/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B4157"/>
    <w:multiLevelType w:val="hybridMultilevel"/>
    <w:tmpl w:val="6024D9A0"/>
    <w:lvl w:ilvl="0" w:tplc="8B500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07694"/>
    <w:multiLevelType w:val="hybridMultilevel"/>
    <w:tmpl w:val="BFC471A8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8547B"/>
    <w:multiLevelType w:val="hybridMultilevel"/>
    <w:tmpl w:val="5CCC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368B2"/>
    <w:multiLevelType w:val="hybridMultilevel"/>
    <w:tmpl w:val="8E68AF6A"/>
    <w:lvl w:ilvl="0" w:tplc="37A89C96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0E13"/>
    <w:multiLevelType w:val="hybridMultilevel"/>
    <w:tmpl w:val="12943BD0"/>
    <w:lvl w:ilvl="0" w:tplc="E998FA6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77FC9"/>
    <w:multiLevelType w:val="hybridMultilevel"/>
    <w:tmpl w:val="02B88FB2"/>
    <w:lvl w:ilvl="0" w:tplc="4C6AE5C2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06978"/>
    <w:multiLevelType w:val="hybridMultilevel"/>
    <w:tmpl w:val="E378F2B2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B5D11"/>
    <w:multiLevelType w:val="hybridMultilevel"/>
    <w:tmpl w:val="3B70AF9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82CA2"/>
    <w:multiLevelType w:val="hybridMultilevel"/>
    <w:tmpl w:val="123CC92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72BA0"/>
    <w:multiLevelType w:val="hybridMultilevel"/>
    <w:tmpl w:val="AE8263B8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D229E"/>
    <w:multiLevelType w:val="hybridMultilevel"/>
    <w:tmpl w:val="D758D1CA"/>
    <w:lvl w:ilvl="0" w:tplc="EB0CDEF4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544309">
    <w:abstractNumId w:val="8"/>
  </w:num>
  <w:num w:numId="2" w16cid:durableId="787746960">
    <w:abstractNumId w:val="6"/>
  </w:num>
  <w:num w:numId="3" w16cid:durableId="1521166903">
    <w:abstractNumId w:val="5"/>
  </w:num>
  <w:num w:numId="4" w16cid:durableId="1908681355">
    <w:abstractNumId w:val="4"/>
  </w:num>
  <w:num w:numId="5" w16cid:durableId="198589038">
    <w:abstractNumId w:val="7"/>
  </w:num>
  <w:num w:numId="6" w16cid:durableId="680740959">
    <w:abstractNumId w:val="3"/>
  </w:num>
  <w:num w:numId="7" w16cid:durableId="1738086787">
    <w:abstractNumId w:val="2"/>
  </w:num>
  <w:num w:numId="8" w16cid:durableId="1740321667">
    <w:abstractNumId w:val="1"/>
  </w:num>
  <w:num w:numId="9" w16cid:durableId="1483423740">
    <w:abstractNumId w:val="0"/>
  </w:num>
  <w:num w:numId="10" w16cid:durableId="1710179918">
    <w:abstractNumId w:val="24"/>
  </w:num>
  <w:num w:numId="11" w16cid:durableId="1170943398">
    <w:abstractNumId w:val="30"/>
  </w:num>
  <w:num w:numId="12" w16cid:durableId="143089597">
    <w:abstractNumId w:val="15"/>
  </w:num>
  <w:num w:numId="13" w16cid:durableId="1864592409">
    <w:abstractNumId w:val="17"/>
  </w:num>
  <w:num w:numId="14" w16cid:durableId="983267663">
    <w:abstractNumId w:val="13"/>
  </w:num>
  <w:num w:numId="15" w16cid:durableId="856692654">
    <w:abstractNumId w:val="10"/>
  </w:num>
  <w:num w:numId="16" w16cid:durableId="43717920">
    <w:abstractNumId w:val="14"/>
  </w:num>
  <w:num w:numId="17" w16cid:durableId="241835845">
    <w:abstractNumId w:val="9"/>
  </w:num>
  <w:num w:numId="18" w16cid:durableId="695540455">
    <w:abstractNumId w:val="16"/>
  </w:num>
  <w:num w:numId="19" w16cid:durableId="907761879">
    <w:abstractNumId w:val="27"/>
  </w:num>
  <w:num w:numId="20" w16cid:durableId="1145660922">
    <w:abstractNumId w:val="25"/>
  </w:num>
  <w:num w:numId="21" w16cid:durableId="923949813">
    <w:abstractNumId w:val="23"/>
  </w:num>
  <w:num w:numId="22" w16cid:durableId="661810320">
    <w:abstractNumId w:val="11"/>
  </w:num>
  <w:num w:numId="23" w16cid:durableId="1189441686">
    <w:abstractNumId w:val="33"/>
  </w:num>
  <w:num w:numId="24" w16cid:durableId="861894571">
    <w:abstractNumId w:val="12"/>
  </w:num>
  <w:num w:numId="25" w16cid:durableId="2119717323">
    <w:abstractNumId w:val="28"/>
  </w:num>
  <w:num w:numId="26" w16cid:durableId="1410694705">
    <w:abstractNumId w:val="29"/>
  </w:num>
  <w:num w:numId="27" w16cid:durableId="1970086281">
    <w:abstractNumId w:val="21"/>
  </w:num>
  <w:num w:numId="28" w16cid:durableId="1557811424">
    <w:abstractNumId w:val="31"/>
  </w:num>
  <w:num w:numId="29" w16cid:durableId="76100114">
    <w:abstractNumId w:val="26"/>
  </w:num>
  <w:num w:numId="30" w16cid:durableId="845483150">
    <w:abstractNumId w:val="20"/>
  </w:num>
  <w:num w:numId="31" w16cid:durableId="1837265547">
    <w:abstractNumId w:val="19"/>
  </w:num>
  <w:num w:numId="32" w16cid:durableId="280304045">
    <w:abstractNumId w:val="18"/>
  </w:num>
  <w:num w:numId="33" w16cid:durableId="449446017">
    <w:abstractNumId w:val="32"/>
  </w:num>
  <w:num w:numId="34" w16cid:durableId="4233855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B96"/>
    <w:rsid w:val="00073525"/>
    <w:rsid w:val="0015074B"/>
    <w:rsid w:val="00176F85"/>
    <w:rsid w:val="0029639D"/>
    <w:rsid w:val="00326F90"/>
    <w:rsid w:val="003627B6"/>
    <w:rsid w:val="00482505"/>
    <w:rsid w:val="00564662"/>
    <w:rsid w:val="0060234C"/>
    <w:rsid w:val="00632369"/>
    <w:rsid w:val="006915F3"/>
    <w:rsid w:val="00694E4E"/>
    <w:rsid w:val="007015F4"/>
    <w:rsid w:val="00944B2F"/>
    <w:rsid w:val="00A51D67"/>
    <w:rsid w:val="00A5714D"/>
    <w:rsid w:val="00AA1D8D"/>
    <w:rsid w:val="00B47730"/>
    <w:rsid w:val="00B84E61"/>
    <w:rsid w:val="00C02AA8"/>
    <w:rsid w:val="00CB0664"/>
    <w:rsid w:val="00CE29D6"/>
    <w:rsid w:val="00D32234"/>
    <w:rsid w:val="00D5246F"/>
    <w:rsid w:val="00DB47E4"/>
    <w:rsid w:val="00DD6D82"/>
    <w:rsid w:val="00E15E0E"/>
    <w:rsid w:val="00EB45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CA054"/>
  <w14:defaultImageDpi w14:val="300"/>
  <w15:docId w15:val="{FABE50AC-6D30-46F1-B758-93573898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user</cp:lastModifiedBy>
  <cp:revision>3</cp:revision>
  <dcterms:created xsi:type="dcterms:W3CDTF">2013-12-23T23:15:00Z</dcterms:created>
  <dcterms:modified xsi:type="dcterms:W3CDTF">2026-07-20T23:29:00Z</dcterms:modified>
  <cp:category/>
</cp:coreProperties>
</file>